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E60C7" w14:textId="77777777" w:rsidR="0029018B" w:rsidRDefault="00000000">
      <w:pPr>
        <w:spacing w:after="40"/>
      </w:pPr>
      <w:r>
        <w:rPr>
          <w:b/>
          <w:color w:val="1F4E79"/>
          <w:sz w:val="24"/>
        </w:rPr>
        <w:t>YOUNEED</w:t>
      </w:r>
    </w:p>
    <w:p w14:paraId="7DA3A47B" w14:textId="77777777" w:rsidR="0029018B" w:rsidRDefault="00000000">
      <w:pPr>
        <w:spacing w:after="40"/>
      </w:pPr>
      <w:r>
        <w:rPr>
          <w:b/>
          <w:color w:val="0B2545"/>
          <w:sz w:val="48"/>
        </w:rPr>
        <w:t>POLITIQUE DE CONFIDENTIALITÉ</w:t>
      </w:r>
    </w:p>
    <w:p w14:paraId="1DF3396C" w14:textId="77777777" w:rsidR="0029018B" w:rsidRDefault="00000000">
      <w:pPr>
        <w:pStyle w:val="Titre1"/>
      </w:pPr>
      <w:r>
        <w:t>1. Objet de cette politique</w:t>
      </w:r>
    </w:p>
    <w:p w14:paraId="16EEA905" w14:textId="77777777" w:rsidR="0029018B" w:rsidRDefault="00000000">
      <w:r>
        <w:rPr>
          <w:sz w:val="22"/>
        </w:rPr>
        <w:t>La présente politique explique comment YOUNEED collecte, utilise, protège et partage les données à caractère personnel traitées dans le cadre de ses sites, applications, services de commande en ligne et formulaires de demande de démonstration (ensemble, les « Services »).</w:t>
      </w:r>
    </w:p>
    <w:p w14:paraId="5CD6F4EA" w14:textId="77777777" w:rsidR="0029018B" w:rsidRDefault="00000000">
      <w:r>
        <w:rPr>
          <w:sz w:val="22"/>
        </w:rPr>
        <w:t>YOUNEED propose aux restaurateurs une solution digitale de prise de commandes, de gestion de présence en ligne et de relation client. Cette politique s'adresse aux visiteurs, prospects professionnels, restaurateurs utilisateurs de la solution et clients finaux qui commandent auprès d'un restaurant utilisant YOUNEED.</w:t>
      </w:r>
    </w:p>
    <w:p w14:paraId="3D7E9584" w14:textId="77777777" w:rsidR="0029018B" w:rsidRDefault="00000000">
      <w:pPr>
        <w:pStyle w:val="Titre1"/>
      </w:pPr>
      <w:r>
        <w:t>2. Qui est responsable du traitement ?</w:t>
      </w:r>
    </w:p>
    <w:p w14:paraId="3C3AC0FF" w14:textId="77777777" w:rsidR="0029018B" w:rsidRDefault="00000000">
      <w:r>
        <w:rPr>
          <w:sz w:val="22"/>
        </w:rPr>
        <w:t>Pour les données collectées directement par YOUNEED, notamment via un formulaire de demande de démonstration, le responsable du traitement est :</w:t>
      </w:r>
    </w:p>
    <w:p w14:paraId="77A26FE2" w14:textId="05FCB126" w:rsidR="0029018B" w:rsidRDefault="004C6836" w:rsidP="004C6836">
      <w:pPr>
        <w:pStyle w:val="Listepuces"/>
        <w:spacing w:after="60"/>
      </w:pPr>
      <w:r>
        <w:rPr>
          <w:sz w:val="22"/>
        </w:rPr>
        <w:t xml:space="preserve">ENTREPRISE - </w:t>
      </w:r>
      <w:r w:rsidR="00000000">
        <w:rPr>
          <w:sz w:val="22"/>
        </w:rPr>
        <w:t>YOUNEED</w:t>
      </w:r>
    </w:p>
    <w:p w14:paraId="2DAB1CB3" w14:textId="7294419A" w:rsidR="0029018B" w:rsidRDefault="004C6836">
      <w:pPr>
        <w:pStyle w:val="Listepuces"/>
        <w:spacing w:after="60"/>
      </w:pPr>
      <w:r>
        <w:rPr>
          <w:sz w:val="22"/>
        </w:rPr>
        <w:t>BP13703 – TAHITI - PUNAAUIA</w:t>
      </w:r>
    </w:p>
    <w:p w14:paraId="6E33192E" w14:textId="0308590A" w:rsidR="0029018B" w:rsidRDefault="00000000" w:rsidP="004C6836">
      <w:pPr>
        <w:pStyle w:val="Listepuces"/>
        <w:spacing w:after="60"/>
      </w:pPr>
      <w:proofErr w:type="gramStart"/>
      <w:r>
        <w:rPr>
          <w:sz w:val="22"/>
        </w:rPr>
        <w:t>E-mail :</w:t>
      </w:r>
      <w:proofErr w:type="gramEnd"/>
      <w:r>
        <w:rPr>
          <w:sz w:val="22"/>
        </w:rPr>
        <w:t xml:space="preserve"> </w:t>
      </w:r>
      <w:r w:rsidR="004C6836" w:rsidRPr="004C6836">
        <w:rPr>
          <w:sz w:val="22"/>
        </w:rPr>
        <w:t>contact@youneedapp.io</w:t>
      </w:r>
    </w:p>
    <w:p w14:paraId="3959FA5D" w14:textId="77777777" w:rsidR="0029018B" w:rsidRDefault="00000000">
      <w:r>
        <w:rPr>
          <w:sz w:val="22"/>
        </w:rPr>
        <w:t>Lorsque vous passez une commande sur le site ou le menu en ligne d'un restaurant partenaire, ce restaurant est en principe responsable du traitement des données liées à sa relation avec vous. YOUNEED intervient alors comme prestataire technique et traite ces données pour le compte du restaurant, selon ses instructions et les engagements contractuels applicables.</w:t>
      </w:r>
    </w:p>
    <w:p w14:paraId="4BE696FA" w14:textId="77777777" w:rsidR="0029018B" w:rsidRDefault="00000000">
      <w:pPr>
        <w:pStyle w:val="Titre1"/>
      </w:pPr>
      <w:r>
        <w:t>3. Données que nous pouvons collecter</w:t>
      </w:r>
    </w:p>
    <w:p w14:paraId="683AE2D0" w14:textId="77777777" w:rsidR="0029018B" w:rsidRDefault="00000000">
      <w:r>
        <w:rPr>
          <w:sz w:val="22"/>
        </w:rPr>
        <w:t>Selon votre utilisation des Services, YOUNEED peut traiter les catégories suivantes de données :</w:t>
      </w:r>
    </w:p>
    <w:p w14:paraId="361C3847" w14:textId="77777777" w:rsidR="0029018B" w:rsidRDefault="00000000">
      <w:pPr>
        <w:pStyle w:val="Listepuces"/>
        <w:spacing w:after="60"/>
      </w:pPr>
      <w:r>
        <w:rPr>
          <w:sz w:val="22"/>
        </w:rPr>
        <w:t>Données d’identification et de contact : nom, prénom, numéro de téléphone, adresse e-mail, nom de l’établissement, fonction et commune.</w:t>
      </w:r>
    </w:p>
    <w:p w14:paraId="73A7D927" w14:textId="77777777" w:rsidR="0029018B" w:rsidRDefault="00000000">
      <w:pPr>
        <w:pStyle w:val="Listepuces"/>
        <w:spacing w:after="60"/>
      </w:pPr>
      <w:r>
        <w:rPr>
          <w:sz w:val="22"/>
        </w:rPr>
        <w:t>Données professionnelles : informations relatives au restaurant, aux utilisateurs autorisés, aux paramètres du compte et aux échanges avec YOUNEED.</w:t>
      </w:r>
    </w:p>
    <w:p w14:paraId="09429373" w14:textId="77777777" w:rsidR="0029018B" w:rsidRDefault="00000000">
      <w:pPr>
        <w:pStyle w:val="Listepuces"/>
        <w:spacing w:after="60"/>
      </w:pPr>
      <w:r>
        <w:rPr>
          <w:sz w:val="22"/>
        </w:rPr>
        <w:t>Données de commande : produits, options, montant, date, statut, instructions de commande, coordonnées de retrait ou de livraison lorsque ces fonctions sont proposées par le restaurant.</w:t>
      </w:r>
    </w:p>
    <w:p w14:paraId="5A1F5401" w14:textId="77777777" w:rsidR="0029018B" w:rsidRDefault="00000000">
      <w:pPr>
        <w:pStyle w:val="Listepuces"/>
        <w:spacing w:after="60"/>
      </w:pPr>
      <w:r>
        <w:rPr>
          <w:sz w:val="22"/>
        </w:rPr>
        <w:t>Données de paiement : les informations nécessaires à la transaction. Les données de carte bancaire sont traitées par le prestataire de paiement concerné et ne sont pas conservées par YOUNEED sauf indication contraire.</w:t>
      </w:r>
    </w:p>
    <w:p w14:paraId="7EE69129" w14:textId="77777777" w:rsidR="0029018B" w:rsidRDefault="00000000">
      <w:pPr>
        <w:pStyle w:val="Listepuces"/>
        <w:spacing w:after="60"/>
      </w:pPr>
      <w:r>
        <w:rPr>
          <w:sz w:val="22"/>
        </w:rPr>
        <w:t>Données techniques : adresse IP, type d’appareil, navigateur, identifiants techniques, journaux de connexion et données de navigation.</w:t>
      </w:r>
    </w:p>
    <w:p w14:paraId="6E5BDA30" w14:textId="77777777" w:rsidR="0029018B" w:rsidRDefault="00000000">
      <w:pPr>
        <w:pStyle w:val="Listepuces"/>
        <w:spacing w:after="60"/>
      </w:pPr>
      <w:r>
        <w:rPr>
          <w:sz w:val="22"/>
        </w:rPr>
        <w:t>Données de communication : messages, demandes d’assistance, réclamations, retours et réponses à nos formulaires.</w:t>
      </w:r>
    </w:p>
    <w:p w14:paraId="54CE4CDC" w14:textId="77777777" w:rsidR="0029018B" w:rsidRDefault="00000000">
      <w:pPr>
        <w:pStyle w:val="Titre1"/>
      </w:pPr>
      <w:r>
        <w:t>4. Comment les données sont-elles collectées ?</w:t>
      </w:r>
    </w:p>
    <w:p w14:paraId="096783A5" w14:textId="77777777" w:rsidR="0029018B" w:rsidRDefault="00000000">
      <w:r>
        <w:rPr>
          <w:sz w:val="22"/>
        </w:rPr>
        <w:t>Les données peuvent être collectées lorsque vous :</w:t>
      </w:r>
    </w:p>
    <w:p w14:paraId="6331FDBF" w14:textId="77777777" w:rsidR="0029018B" w:rsidRDefault="00000000">
      <w:pPr>
        <w:pStyle w:val="Listepuces"/>
        <w:spacing w:after="60"/>
      </w:pPr>
      <w:r>
        <w:rPr>
          <w:sz w:val="22"/>
        </w:rPr>
        <w:lastRenderedPageBreak/>
        <w:t>remplissez un formulaire de contact, de demande de démonstration ou un formulaire instantané sur Facebook ou Instagram ;</w:t>
      </w:r>
    </w:p>
    <w:p w14:paraId="0FE07A0E" w14:textId="77777777" w:rsidR="0029018B" w:rsidRDefault="00000000">
      <w:pPr>
        <w:pStyle w:val="Listepuces"/>
        <w:spacing w:after="60"/>
      </w:pPr>
      <w:r>
        <w:rPr>
          <w:sz w:val="22"/>
        </w:rPr>
        <w:t>créez ou utilisez un compte sur la solution YOUNEED ;</w:t>
      </w:r>
    </w:p>
    <w:p w14:paraId="31B7339E" w14:textId="77777777" w:rsidR="0029018B" w:rsidRDefault="00000000">
      <w:pPr>
        <w:pStyle w:val="Listepuces"/>
        <w:spacing w:after="60"/>
      </w:pPr>
      <w:r>
        <w:rPr>
          <w:sz w:val="22"/>
        </w:rPr>
        <w:t>passez une commande auprès d’un restaurant utilisant YOUNEED ;</w:t>
      </w:r>
    </w:p>
    <w:p w14:paraId="5C4407A4" w14:textId="77777777" w:rsidR="0029018B" w:rsidRDefault="00000000">
      <w:pPr>
        <w:pStyle w:val="Listepuces"/>
        <w:spacing w:after="60"/>
      </w:pPr>
      <w:r>
        <w:rPr>
          <w:sz w:val="22"/>
        </w:rPr>
        <w:t>contactez nos équipes par téléphone, e-mail, messagerie ou réseaux sociaux ;</w:t>
      </w:r>
    </w:p>
    <w:p w14:paraId="38E61737" w14:textId="77777777" w:rsidR="0029018B" w:rsidRDefault="00000000">
      <w:pPr>
        <w:pStyle w:val="Listepuces"/>
        <w:spacing w:after="60"/>
      </w:pPr>
      <w:r>
        <w:rPr>
          <w:sz w:val="22"/>
        </w:rPr>
        <w:t>naviguez sur nos sites ou utilisez nos applications, sous réserve de vos choix relatifs aux cookies.</w:t>
      </w:r>
    </w:p>
    <w:p w14:paraId="6E155D63" w14:textId="77777777" w:rsidR="0029018B" w:rsidRDefault="00000000">
      <w:pPr>
        <w:pStyle w:val="Titre1"/>
      </w:pPr>
      <w:r>
        <w:t>5. Pourquoi utilisons-nous vos données ?</w:t>
      </w:r>
    </w:p>
    <w:p w14:paraId="44AC98F3" w14:textId="77777777" w:rsidR="0029018B" w:rsidRDefault="00000000">
      <w:r>
        <w:rPr>
          <w:sz w:val="22"/>
        </w:rPr>
        <w:t>Nous utilisons les données personnelles uniquement lorsqu’une finalité légitime le nécessite, notamment pour :</w:t>
      </w:r>
    </w:p>
    <w:p w14:paraId="2C747107" w14:textId="77777777" w:rsidR="0029018B" w:rsidRDefault="00000000">
      <w:pPr>
        <w:pStyle w:val="Listepuces"/>
        <w:spacing w:after="60"/>
      </w:pPr>
      <w:r>
        <w:rPr>
          <w:sz w:val="22"/>
        </w:rPr>
        <w:t>répondre à une demande de démonstration, de contact ou d’information et organiser un rendez-vous ;</w:t>
      </w:r>
    </w:p>
    <w:p w14:paraId="0A20EFB7" w14:textId="77777777" w:rsidR="0029018B" w:rsidRDefault="00000000">
      <w:pPr>
        <w:pStyle w:val="Listepuces"/>
        <w:spacing w:after="60"/>
      </w:pPr>
      <w:r>
        <w:rPr>
          <w:sz w:val="22"/>
        </w:rPr>
        <w:t>créer, administrer et sécuriser les comptes professionnels ;</w:t>
      </w:r>
    </w:p>
    <w:p w14:paraId="2C98EE9D" w14:textId="77777777" w:rsidR="0029018B" w:rsidRDefault="00000000">
      <w:pPr>
        <w:pStyle w:val="Listepuces"/>
        <w:spacing w:after="60"/>
      </w:pPr>
      <w:r>
        <w:rPr>
          <w:sz w:val="22"/>
        </w:rPr>
        <w:t>permettre au restaurant de recevoir, préparer, remettre ou, le cas échéant, livrer une commande ;</w:t>
      </w:r>
    </w:p>
    <w:p w14:paraId="0206BA2E" w14:textId="77777777" w:rsidR="0029018B" w:rsidRDefault="00000000">
      <w:pPr>
        <w:pStyle w:val="Listepuces"/>
        <w:spacing w:after="60"/>
      </w:pPr>
      <w:r>
        <w:rPr>
          <w:sz w:val="22"/>
        </w:rPr>
        <w:t>assurer le support, la maintenance, la prévention de la fraude et la sécurité des Services ;</w:t>
      </w:r>
    </w:p>
    <w:p w14:paraId="57213294" w14:textId="77777777" w:rsidR="0029018B" w:rsidRDefault="00000000">
      <w:pPr>
        <w:pStyle w:val="Listepuces"/>
        <w:spacing w:after="60"/>
      </w:pPr>
      <w:r>
        <w:rPr>
          <w:sz w:val="22"/>
        </w:rPr>
        <w:t>établir les factures, gérer les paiements et respecter les obligations comptables et légales ;</w:t>
      </w:r>
    </w:p>
    <w:p w14:paraId="2F9E36A1" w14:textId="77777777" w:rsidR="0029018B" w:rsidRDefault="00000000">
      <w:pPr>
        <w:pStyle w:val="Listepuces"/>
        <w:spacing w:after="60"/>
      </w:pPr>
      <w:r>
        <w:rPr>
          <w:sz w:val="22"/>
        </w:rPr>
        <w:t>améliorer les Services, produire des statistiques agrégées et comprendre leur utilisation ;</w:t>
      </w:r>
    </w:p>
    <w:p w14:paraId="63A28751" w14:textId="77777777" w:rsidR="0029018B" w:rsidRDefault="00000000">
      <w:pPr>
        <w:pStyle w:val="Listepuces"/>
        <w:spacing w:after="60"/>
      </w:pPr>
      <w:r>
        <w:rPr>
          <w:sz w:val="22"/>
        </w:rPr>
        <w:t>vous adresser, lorsque cela est autorisé, des informations ou offres commerciales relatives à YOUNEED. Vous pouvez vous y opposer à tout moment.</w:t>
      </w:r>
    </w:p>
    <w:p w14:paraId="6D2E1D8B" w14:textId="77777777" w:rsidR="0029018B" w:rsidRDefault="00000000">
      <w:r>
        <w:rPr>
          <w:sz w:val="22"/>
        </w:rPr>
        <w:t>Les traitements reposent, selon les cas, sur l’exécution d’un contrat, des mesures précontractuelles prises à votre demande, le respect d’une obligation légale, votre consentement ou l’intérêt légitime de YOUNEED et/ou du restaurant concerné.</w:t>
      </w:r>
    </w:p>
    <w:p w14:paraId="1D3045A6" w14:textId="77777777" w:rsidR="0029018B" w:rsidRDefault="00000000">
      <w:pPr>
        <w:pStyle w:val="Titre1"/>
      </w:pPr>
      <w:r>
        <w:t>6. Qui peut accéder aux données ?</w:t>
      </w:r>
    </w:p>
    <w:p w14:paraId="5FECB75C" w14:textId="77777777" w:rsidR="0029018B" w:rsidRDefault="00000000">
      <w:r>
        <w:rPr>
          <w:sz w:val="22"/>
        </w:rPr>
        <w:t>Les données sont accessibles uniquement aux personnes et prestataires qui en ont besoin pour fournir les Services :</w:t>
      </w:r>
    </w:p>
    <w:p w14:paraId="17433E42" w14:textId="77777777" w:rsidR="0029018B" w:rsidRDefault="00000000">
      <w:pPr>
        <w:pStyle w:val="Listepuces"/>
        <w:spacing w:after="60"/>
      </w:pPr>
      <w:r>
        <w:rPr>
          <w:sz w:val="22"/>
        </w:rPr>
        <w:t>les équipes habilitées de YOUNEED ;</w:t>
      </w:r>
    </w:p>
    <w:p w14:paraId="09B82ACB" w14:textId="77777777" w:rsidR="0029018B" w:rsidRDefault="00000000">
      <w:pPr>
        <w:pStyle w:val="Listepuces"/>
        <w:spacing w:after="60"/>
      </w:pPr>
      <w:r>
        <w:rPr>
          <w:sz w:val="22"/>
        </w:rPr>
        <w:t>le restaurant concerné par votre commande ou votre demande ;</w:t>
      </w:r>
    </w:p>
    <w:p w14:paraId="794E65CA" w14:textId="77777777" w:rsidR="0029018B" w:rsidRDefault="00000000">
      <w:pPr>
        <w:pStyle w:val="Listepuces"/>
        <w:spacing w:after="60"/>
      </w:pPr>
      <w:r>
        <w:rPr>
          <w:sz w:val="22"/>
        </w:rPr>
        <w:t>les prestataires techniques intervenant notamment pour l’hébergement, l’envoi de messages, le paiement, la sécurité, l’analyse d’audience ou le support ;</w:t>
      </w:r>
    </w:p>
    <w:p w14:paraId="4FA3F17D" w14:textId="77777777" w:rsidR="0029018B" w:rsidRDefault="00000000">
      <w:pPr>
        <w:pStyle w:val="Listepuces"/>
        <w:spacing w:after="60"/>
      </w:pPr>
      <w:r>
        <w:rPr>
          <w:sz w:val="22"/>
        </w:rPr>
        <w:t>Meta Platforms, lorsque vous choisissez d’envoyer un formulaire instantané via Facebook ou Instagram ;</w:t>
      </w:r>
    </w:p>
    <w:p w14:paraId="5F743308" w14:textId="77777777" w:rsidR="0029018B" w:rsidRDefault="00000000">
      <w:pPr>
        <w:pStyle w:val="Listepuces"/>
        <w:spacing w:after="60"/>
      </w:pPr>
      <w:r>
        <w:rPr>
          <w:sz w:val="22"/>
        </w:rPr>
        <w:t>les autorités compétentes lorsque la loi l’exige ou le permet.</w:t>
      </w:r>
    </w:p>
    <w:p w14:paraId="07D6A5F5" w14:textId="77777777" w:rsidR="0029018B" w:rsidRDefault="00000000">
      <w:r>
        <w:rPr>
          <w:sz w:val="22"/>
        </w:rPr>
        <w:t>YOUNEED ne vend pas vos données personnelles à des tiers.</w:t>
      </w:r>
    </w:p>
    <w:p w14:paraId="50A958A2" w14:textId="77777777" w:rsidR="0029018B" w:rsidRDefault="00000000">
      <w:pPr>
        <w:pStyle w:val="Titre1"/>
      </w:pPr>
      <w:r>
        <w:t>7. Transferts et sécurité</w:t>
      </w:r>
    </w:p>
    <w:p w14:paraId="0BBA1446" w14:textId="77777777" w:rsidR="0029018B" w:rsidRDefault="00000000">
      <w:r>
        <w:rPr>
          <w:sz w:val="22"/>
        </w:rPr>
        <w:t>Certains prestataires techniques peuvent être établis ou héberger des données hors de la Polynésie française ou de l’Union européenne. Dans ce cas, YOUNEED met en place, lorsque cela est requis, des garanties appropriées prévues par la réglementation applicable.</w:t>
      </w:r>
    </w:p>
    <w:p w14:paraId="7CA87799" w14:textId="77777777" w:rsidR="0029018B" w:rsidRDefault="00000000">
      <w:r>
        <w:rPr>
          <w:sz w:val="22"/>
        </w:rPr>
        <w:t>YOUNEED met en œuvre des mesures techniques et organisationnelles raisonnables pour protéger les données contre l’accès non autorisé, la perte, l’altération ou la divulgation. Aucun système n’étant totalement infaillible, nous vous invitons également à protéger vos accès et mots de passe.</w:t>
      </w:r>
    </w:p>
    <w:p w14:paraId="6601354C" w14:textId="77777777" w:rsidR="0029018B" w:rsidRDefault="00000000">
      <w:pPr>
        <w:pStyle w:val="Titre1"/>
      </w:pPr>
      <w:r>
        <w:lastRenderedPageBreak/>
        <w:t>8. Durées de conservation</w:t>
      </w:r>
    </w:p>
    <w:p w14:paraId="5766833E" w14:textId="77777777" w:rsidR="0029018B" w:rsidRDefault="00000000">
      <w:r>
        <w:rPr>
          <w:sz w:val="22"/>
        </w:rPr>
        <w:t>Nous conservons les données uniquement pendant la durée nécessaire à la finalité pour laquelle elles ont été collectées, puis pendant les durées requises par la loi. À titre indicatif :</w:t>
      </w:r>
    </w:p>
    <w:p w14:paraId="12C5CB2D" w14:textId="77777777" w:rsidR="0029018B" w:rsidRDefault="00000000">
      <w:pPr>
        <w:pStyle w:val="Listepuces"/>
        <w:spacing w:after="60"/>
      </w:pPr>
      <w:r>
        <w:rPr>
          <w:sz w:val="22"/>
        </w:rPr>
        <w:t>demandes de démonstration et prospects : jusqu’à 3 ans après le dernier contact actif, sauf opposition ou durée plus courte demandée ;</w:t>
      </w:r>
    </w:p>
    <w:p w14:paraId="4910352B" w14:textId="77777777" w:rsidR="0029018B" w:rsidRDefault="00000000">
      <w:pPr>
        <w:pStyle w:val="Listepuces"/>
        <w:spacing w:after="60"/>
      </w:pPr>
      <w:r>
        <w:rPr>
          <w:sz w:val="22"/>
        </w:rPr>
        <w:t>données de compte professionnel : pendant la durée de la relation contractuelle, puis pendant les délais légaux applicables ;</w:t>
      </w:r>
    </w:p>
    <w:p w14:paraId="0DD498D4" w14:textId="77777777" w:rsidR="0029018B" w:rsidRDefault="00000000">
      <w:pPr>
        <w:pStyle w:val="Listepuces"/>
        <w:spacing w:after="60"/>
      </w:pPr>
      <w:r>
        <w:rPr>
          <w:sz w:val="22"/>
        </w:rPr>
        <w:t>données de commande traitées pour un restaurant : selon les instructions du restaurant et les obligations légales applicables ;</w:t>
      </w:r>
    </w:p>
    <w:p w14:paraId="2FF7A734" w14:textId="77777777" w:rsidR="0029018B" w:rsidRDefault="00000000">
      <w:pPr>
        <w:pStyle w:val="Listepuces"/>
        <w:spacing w:after="60"/>
      </w:pPr>
      <w:r>
        <w:rPr>
          <w:sz w:val="22"/>
        </w:rPr>
        <w:t>pièces comptables et facturation : pendant les durées légales de conservation ;</w:t>
      </w:r>
    </w:p>
    <w:p w14:paraId="4AD6337B" w14:textId="77777777" w:rsidR="0029018B" w:rsidRDefault="00000000">
      <w:pPr>
        <w:pStyle w:val="Listepuces"/>
        <w:spacing w:after="60"/>
      </w:pPr>
      <w:r>
        <w:rPr>
          <w:sz w:val="22"/>
        </w:rPr>
        <w:t>cookies et traceurs : selon leur finalité et vos choix, dans les limites prévues par la réglementation applicable.</w:t>
      </w:r>
    </w:p>
    <w:p w14:paraId="1681DB5D" w14:textId="77777777" w:rsidR="0029018B" w:rsidRDefault="00000000">
      <w:pPr>
        <w:pStyle w:val="Titre1"/>
      </w:pPr>
      <w:r>
        <w:t>9. Vos droits</w:t>
      </w:r>
    </w:p>
    <w:p w14:paraId="0EC944EC" w14:textId="77777777" w:rsidR="0029018B" w:rsidRDefault="00000000">
      <w:r>
        <w:rPr>
          <w:sz w:val="22"/>
        </w:rPr>
        <w:t>Sous réserve des conditions prévues par la réglementation applicable, vous pouvez demander l’accès à vos données, leur rectification, leur effacement, la limitation de leur traitement, vous opposer à certains traitements et demander la portabilité des données lorsque ce droit s’applique.</w:t>
      </w:r>
    </w:p>
    <w:p w14:paraId="5A65C5CF" w14:textId="77777777" w:rsidR="0029018B" w:rsidRDefault="00000000">
      <w:r>
        <w:rPr>
          <w:sz w:val="22"/>
        </w:rPr>
        <w:t>Pour les demandes concernant un compte professionnel, un formulaire YOUNEED ou les communications de YOUNEED, contactez-nous à : [adresse e-mail confidentialité]. Pour une commande passée auprès d’un restaurant, contactez en priorité le restaurant concerné ; YOUNEED l’assistera si nécessaire.</w:t>
      </w:r>
    </w:p>
    <w:p w14:paraId="0D627942" w14:textId="77777777" w:rsidR="0029018B" w:rsidRDefault="00000000">
      <w:r>
        <w:rPr>
          <w:sz w:val="22"/>
        </w:rPr>
        <w:t>Vous pouvez à tout moment vous opposer à la prospection commerciale en utilisant le lien de désinscription présent dans le message concerné ou en nous écrivant.</w:t>
      </w:r>
    </w:p>
    <w:p w14:paraId="15D29167" w14:textId="77777777" w:rsidR="0029018B" w:rsidRDefault="00000000">
      <w:pPr>
        <w:pStyle w:val="Titre1"/>
      </w:pPr>
      <w:r>
        <w:t>10. Cookies et technologies similaires</w:t>
      </w:r>
    </w:p>
    <w:p w14:paraId="4A20C747" w14:textId="77777777" w:rsidR="0029018B" w:rsidRDefault="00000000">
      <w:r>
        <w:rPr>
          <w:sz w:val="22"/>
        </w:rPr>
        <w:t>YOUNEED peut utiliser des cookies et technologies similaires nécessaires au fonctionnement, à la sécurité, à la mesure d’audience et, lorsque cela est autorisé, à la personnalisation. Lorsque votre consentement est requis, il vous est demandé avant le dépôt des traceurs concernés. Vous pouvez modifier vos choix à tout moment via les réglages disponibles sur le site ou votre navigateur.</w:t>
      </w:r>
    </w:p>
    <w:p w14:paraId="6689C4BC" w14:textId="77777777" w:rsidR="0029018B" w:rsidRDefault="00000000">
      <w:pPr>
        <w:pStyle w:val="Titre1"/>
      </w:pPr>
      <w:r>
        <w:t>11. Modifications de cette politique</w:t>
      </w:r>
    </w:p>
    <w:p w14:paraId="4E4D473F" w14:textId="77777777" w:rsidR="0029018B" w:rsidRDefault="00000000">
      <w:r>
        <w:rPr>
          <w:sz w:val="22"/>
        </w:rPr>
        <w:t>Cette politique peut être mise à jour afin de refléter une évolution des Services, de nos pratiques ou de la réglementation. La date de dernière mise à jour figure en tête du document. En cas de changement important, une information appropriée sera communiquée lorsque cela est nécessaire.</w:t>
      </w:r>
    </w:p>
    <w:p w14:paraId="05B32BC2" w14:textId="77777777" w:rsidR="0029018B" w:rsidRDefault="00000000">
      <w:pPr>
        <w:pStyle w:val="Titre1"/>
      </w:pPr>
      <w:r>
        <w:t>12. Nous contacter</w:t>
      </w:r>
    </w:p>
    <w:p w14:paraId="45A26C38" w14:textId="77777777" w:rsidR="0029018B" w:rsidRDefault="00000000">
      <w:r>
        <w:rPr>
          <w:sz w:val="22"/>
        </w:rPr>
        <w:t>Pour toute question relative à cette politique ou à vos données personnelles :</w:t>
      </w:r>
    </w:p>
    <w:p w14:paraId="031E89C6" w14:textId="3BF2EA79" w:rsidR="0029018B" w:rsidRDefault="00000000">
      <w:pPr>
        <w:pStyle w:val="Listepuces"/>
        <w:spacing w:after="60"/>
      </w:pPr>
      <w:proofErr w:type="gramStart"/>
      <w:r>
        <w:rPr>
          <w:sz w:val="22"/>
        </w:rPr>
        <w:t>E-mail :</w:t>
      </w:r>
      <w:proofErr w:type="gramEnd"/>
      <w:r>
        <w:rPr>
          <w:sz w:val="22"/>
        </w:rPr>
        <w:t xml:space="preserve"> </w:t>
      </w:r>
      <w:r w:rsidR="004C6836" w:rsidRPr="004C6836">
        <w:rPr>
          <w:sz w:val="22"/>
        </w:rPr>
        <w:t>contact@youneedapp.io</w:t>
      </w:r>
    </w:p>
    <w:p w14:paraId="459813D9" w14:textId="49BF474F" w:rsidR="0029018B" w:rsidRDefault="004C6836">
      <w:pPr>
        <w:pStyle w:val="Listepuces"/>
        <w:spacing w:after="60"/>
      </w:pPr>
      <w:proofErr w:type="spellStart"/>
      <w:proofErr w:type="gramStart"/>
      <w:r>
        <w:rPr>
          <w:sz w:val="22"/>
        </w:rPr>
        <w:t>Téléphone</w:t>
      </w:r>
      <w:proofErr w:type="spellEnd"/>
      <w:r w:rsidR="00000000">
        <w:rPr>
          <w:sz w:val="22"/>
        </w:rPr>
        <w:t xml:space="preserve"> :</w:t>
      </w:r>
      <w:proofErr w:type="gramEnd"/>
      <w:r w:rsidR="00000000">
        <w:rPr>
          <w:sz w:val="22"/>
        </w:rPr>
        <w:t xml:space="preserve"> </w:t>
      </w:r>
      <w:r>
        <w:rPr>
          <w:sz w:val="22"/>
        </w:rPr>
        <w:t>87787550</w:t>
      </w:r>
    </w:p>
    <w:sectPr w:rsidR="0029018B" w:rsidSect="00034616">
      <w:headerReference w:type="default" r:id="rId8"/>
      <w:footerReference w:type="default" r:id="rId9"/>
      <w:pgSz w:w="12240" w:h="15840"/>
      <w:pgMar w:top="1080" w:right="1181" w:bottom="1080" w:left="1181"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A7096" w14:textId="77777777" w:rsidR="00961BC4" w:rsidRDefault="00961BC4">
      <w:pPr>
        <w:spacing w:after="0" w:line="240" w:lineRule="auto"/>
      </w:pPr>
      <w:r>
        <w:separator/>
      </w:r>
    </w:p>
  </w:endnote>
  <w:endnote w:type="continuationSeparator" w:id="0">
    <w:p w14:paraId="7A0EE7A6" w14:textId="77777777" w:rsidR="00961BC4" w:rsidRDefault="00961B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6C34E" w14:textId="77777777" w:rsidR="0029018B" w:rsidRDefault="00000000">
    <w:pPr>
      <w:pStyle w:val="Pieddepage"/>
      <w:jc w:val="right"/>
    </w:pPr>
    <w:proofErr w:type="gramStart"/>
    <w:r>
      <w:rPr>
        <w:color w:val="59636E"/>
        <w:sz w:val="17"/>
      </w:rPr>
      <w:t>YOUNEED  |</w:t>
    </w:r>
    <w:proofErr w:type="gramEnd"/>
    <w:r>
      <w:rPr>
        <w:color w:val="59636E"/>
        <w:sz w:val="17"/>
      </w:rPr>
      <w:t xml:space="preserve">  Politique de </w:t>
    </w:r>
    <w:proofErr w:type="spellStart"/>
    <w:proofErr w:type="gramStart"/>
    <w:r>
      <w:rPr>
        <w:color w:val="59636E"/>
        <w:sz w:val="17"/>
      </w:rPr>
      <w:t>confidentialité</w:t>
    </w:r>
    <w:proofErr w:type="spellEnd"/>
    <w:r>
      <w:rPr>
        <w:color w:val="59636E"/>
        <w:sz w:val="17"/>
      </w:rPr>
      <w:t xml:space="preserve">  |</w:t>
    </w:r>
    <w:proofErr w:type="gramEnd"/>
    <w:r>
      <w:rPr>
        <w:color w:val="59636E"/>
        <w:sz w:val="17"/>
      </w:rPr>
      <w:t xml:space="preserve">  Page </w:t>
    </w:r>
    <w:r>
      <w:rPr>
        <w:color w:val="59636E"/>
        <w:sz w:val="17"/>
      </w:rPr>
      <w:fldChar w:fldCharType="begin"/>
    </w:r>
    <w:r>
      <w:rPr>
        <w:color w:val="59636E"/>
        <w:sz w:val="17"/>
      </w:rPr>
      <w:instrText>PAGE</w:instrText>
    </w:r>
    <w:r w:rsidR="004C6836">
      <w:rPr>
        <w:color w:val="59636E"/>
        <w:sz w:val="17"/>
      </w:rPr>
      <w:fldChar w:fldCharType="separate"/>
    </w:r>
    <w:r w:rsidR="004C6836">
      <w:rPr>
        <w:noProof/>
        <w:color w:val="59636E"/>
        <w:sz w:val="17"/>
      </w:rPr>
      <w:t>1</w:t>
    </w:r>
    <w:r>
      <w:rPr>
        <w:color w:val="59636E"/>
        <w:sz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55B45" w14:textId="77777777" w:rsidR="00961BC4" w:rsidRDefault="00961BC4">
      <w:pPr>
        <w:spacing w:after="0" w:line="240" w:lineRule="auto"/>
      </w:pPr>
      <w:r>
        <w:separator/>
      </w:r>
    </w:p>
  </w:footnote>
  <w:footnote w:type="continuationSeparator" w:id="0">
    <w:p w14:paraId="3B79FFAE" w14:textId="77777777" w:rsidR="00961BC4" w:rsidRDefault="00961B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21BBB" w14:textId="77777777" w:rsidR="0029018B" w:rsidRDefault="00000000">
    <w:pPr>
      <w:pStyle w:val="En-tte"/>
      <w:jc w:val="right"/>
    </w:pPr>
    <w:proofErr w:type="gramStart"/>
    <w:r>
      <w:rPr>
        <w:color w:val="59636E"/>
        <w:sz w:val="17"/>
      </w:rPr>
      <w:t>YOUNEED  |</w:t>
    </w:r>
    <w:proofErr w:type="gramEnd"/>
    <w:r>
      <w:rPr>
        <w:color w:val="59636E"/>
        <w:sz w:val="17"/>
      </w:rPr>
      <w:t xml:space="preserve">  Politique de </w:t>
    </w:r>
    <w:proofErr w:type="spellStart"/>
    <w:r>
      <w:rPr>
        <w:color w:val="59636E"/>
        <w:sz w:val="17"/>
      </w:rPr>
      <w:t>confidentialité</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2127498857">
    <w:abstractNumId w:val="8"/>
  </w:num>
  <w:num w:numId="2" w16cid:durableId="351684226">
    <w:abstractNumId w:val="6"/>
  </w:num>
  <w:num w:numId="3" w16cid:durableId="1746293913">
    <w:abstractNumId w:val="5"/>
  </w:num>
  <w:num w:numId="4" w16cid:durableId="6717381">
    <w:abstractNumId w:val="4"/>
  </w:num>
  <w:num w:numId="5" w16cid:durableId="51005266">
    <w:abstractNumId w:val="7"/>
  </w:num>
  <w:num w:numId="6" w16cid:durableId="1810897939">
    <w:abstractNumId w:val="3"/>
  </w:num>
  <w:num w:numId="7" w16cid:durableId="724526784">
    <w:abstractNumId w:val="2"/>
  </w:num>
  <w:num w:numId="8" w16cid:durableId="1234436667">
    <w:abstractNumId w:val="1"/>
  </w:num>
  <w:num w:numId="9" w16cid:durableId="1480728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E5B39"/>
    <w:rsid w:val="0015074B"/>
    <w:rsid w:val="0029018B"/>
    <w:rsid w:val="0029639D"/>
    <w:rsid w:val="00326F90"/>
    <w:rsid w:val="004C6836"/>
    <w:rsid w:val="00961BC4"/>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CAA08F"/>
  <w14:defaultImageDpi w14:val="300"/>
  <w15:docId w15:val="{4025817F-F615-419A-AC17-69355B983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Calibri" w:hAnsi="Calibri"/>
      <w:sz w:val="21"/>
    </w:rPr>
  </w:style>
  <w:style w:type="paragraph" w:styleId="Titre1">
    <w:name w:val="heading 1"/>
    <w:basedOn w:val="Normal"/>
    <w:next w:val="Normal"/>
    <w:link w:val="Titre1Car"/>
    <w:uiPriority w:val="9"/>
    <w:qFormat/>
    <w:rsid w:val="00FC693F"/>
    <w:pPr>
      <w:keepNext/>
      <w:keepLines/>
      <w:spacing w:before="280"/>
      <w:outlineLvl w:val="0"/>
    </w:pPr>
    <w:rPr>
      <w:rFonts w:asciiTheme="majorHAnsi" w:eastAsiaTheme="majorEastAsia" w:hAnsiTheme="majorHAnsi" w:cstheme="majorBidi"/>
      <w:b/>
      <w:bCs/>
      <w:color w:val="1F4E79"/>
      <w:sz w:val="30"/>
      <w:szCs w:val="28"/>
    </w:rPr>
  </w:style>
  <w:style w:type="paragraph" w:styleId="Titre2">
    <w:name w:val="heading 2"/>
    <w:basedOn w:val="Normal"/>
    <w:next w:val="Normal"/>
    <w:link w:val="Titre2Car"/>
    <w:uiPriority w:val="9"/>
    <w:unhideWhenUsed/>
    <w:qFormat/>
    <w:rsid w:val="00FC693F"/>
    <w:pPr>
      <w:keepNext/>
      <w:keepLines/>
      <w:spacing w:before="200" w:after="80"/>
      <w:outlineLvl w:val="1"/>
    </w:pPr>
    <w:rPr>
      <w:rFonts w:asciiTheme="majorHAnsi" w:eastAsiaTheme="majorEastAsia" w:hAnsiTheme="majorHAnsi" w:cstheme="majorBidi"/>
      <w:b/>
      <w:bCs/>
      <w:color w:val="0B2545"/>
      <w:sz w:val="24"/>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ind w:left="360"/>
      <w:contextualSpacing/>
    </w:pPr>
  </w:style>
  <w:style w:type="paragraph" w:styleId="Listecontinue2">
    <w:name w:val="List Continue 2"/>
    <w:basedOn w:val="Normal"/>
    <w:uiPriority w:val="99"/>
    <w:unhideWhenUsed/>
    <w:rsid w:val="0029639D"/>
    <w:pPr>
      <w:ind w:left="720"/>
      <w:contextualSpacing/>
    </w:pPr>
  </w:style>
  <w:style w:type="paragraph" w:styleId="Listecontinue3">
    <w:name w:val="List Continue 3"/>
    <w:basedOn w:val="Normal"/>
    <w:uiPriority w:val="99"/>
    <w:unhideWhenUsed/>
    <w:rsid w:val="0029639D"/>
    <w:pPr>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1170</Words>
  <Characters>6440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7595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Politique de confidentialité - YOUNEED</dc:title>
  <dc:subject>Protection des données personnelles</dc:subject>
  <dc:creator>YOUNEED</dc:creator>
  <cp:keywords/>
  <dc:description>generated by python-docx</dc:description>
  <cp:lastModifiedBy>Anapa Tumahai</cp:lastModifiedBy>
  <cp:revision>2</cp:revision>
  <dcterms:created xsi:type="dcterms:W3CDTF">2013-12-23T23:15:00Z</dcterms:created>
  <dcterms:modified xsi:type="dcterms:W3CDTF">2026-08-03T22:12:00Z</dcterms:modified>
  <cp:category/>
</cp:coreProperties>
</file>